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95ECB" w14:textId="2C2A986D" w:rsidR="009312CA" w:rsidRDefault="00000000" w:rsidP="009312CA">
      <w:pPr>
        <w:pStyle w:val="KonuBal"/>
        <w:jc w:val="center"/>
        <w:rPr>
          <w:b/>
          <w:bCs/>
          <w:i/>
          <w:iCs/>
        </w:rPr>
      </w:pPr>
      <w:r w:rsidRPr="009312CA">
        <w:rPr>
          <w:b/>
          <w:bCs/>
          <w:i/>
          <w:iCs/>
        </w:rPr>
        <w:t>Te</w:t>
      </w:r>
      <w:r w:rsidR="000955CF">
        <w:rPr>
          <w:b/>
          <w:bCs/>
          <w:i/>
          <w:iCs/>
        </w:rPr>
        <w:t xml:space="preserve">knik Veri </w:t>
      </w:r>
      <w:proofErr w:type="spellStart"/>
      <w:r w:rsidR="000955CF">
        <w:rPr>
          <w:b/>
          <w:bCs/>
          <w:i/>
          <w:iCs/>
        </w:rPr>
        <w:t>Föyü</w:t>
      </w:r>
      <w:proofErr w:type="spellEnd"/>
    </w:p>
    <w:p w14:paraId="6E503EEF" w14:textId="77777777" w:rsidR="009312CA" w:rsidRPr="000955CF" w:rsidRDefault="009312CA" w:rsidP="009312CA">
      <w:pPr>
        <w:rPr>
          <w:b/>
          <w:bCs/>
          <w:i/>
          <w:i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0955CF" w:rsidRPr="000955CF" w14:paraId="359781FA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E755" w14:textId="77777777" w:rsidR="000955CF" w:rsidRPr="000955CF" w:rsidRDefault="000955CF">
            <w:pPr>
              <w:rPr>
                <w:b/>
                <w:bCs/>
                <w:i/>
                <w:iCs/>
              </w:rPr>
            </w:pPr>
            <w:proofErr w:type="spellStart"/>
            <w:r w:rsidRPr="000955CF">
              <w:rPr>
                <w:b/>
                <w:bCs/>
                <w:i/>
                <w:iCs/>
              </w:rPr>
              <w:t>Parametre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561D" w14:textId="77777777" w:rsidR="000955CF" w:rsidRPr="000955CF" w:rsidRDefault="000955CF">
            <w:pPr>
              <w:rPr>
                <w:b/>
                <w:bCs/>
                <w:i/>
                <w:iCs/>
              </w:rPr>
            </w:pPr>
            <w:proofErr w:type="spellStart"/>
            <w:r w:rsidRPr="000955CF">
              <w:rPr>
                <w:b/>
                <w:bCs/>
                <w:i/>
                <w:iCs/>
              </w:rPr>
              <w:t>Spesifikasyon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4CC9" w14:textId="77777777" w:rsidR="000955CF" w:rsidRPr="000955CF" w:rsidRDefault="000955CF">
            <w:pPr>
              <w:rPr>
                <w:b/>
                <w:bCs/>
                <w:i/>
                <w:iCs/>
              </w:rPr>
            </w:pPr>
            <w:proofErr w:type="spellStart"/>
            <w:r w:rsidRPr="000955CF">
              <w:rPr>
                <w:b/>
                <w:bCs/>
                <w:i/>
                <w:iCs/>
              </w:rPr>
              <w:t>Açıklama</w:t>
            </w:r>
            <w:proofErr w:type="spellEnd"/>
          </w:p>
        </w:tc>
      </w:tr>
      <w:tr w:rsidR="000955CF" w14:paraId="01255953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2E30" w14:textId="77777777" w:rsidR="000955CF" w:rsidRDefault="000955CF">
            <w:proofErr w:type="spellStart"/>
            <w:r>
              <w:t>Ürün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9D2A" w14:textId="77777777" w:rsidR="000955CF" w:rsidRDefault="000955CF">
            <w:r>
              <w:t xml:space="preserve">%100 Çam </w:t>
            </w:r>
            <w:proofErr w:type="spellStart"/>
            <w:r>
              <w:t>Ağacı</w:t>
            </w:r>
            <w:proofErr w:type="spellEnd"/>
            <w:r>
              <w:t xml:space="preserve"> Peleti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10CE" w14:textId="77777777" w:rsidR="000955CF" w:rsidRDefault="000955CF"/>
        </w:tc>
      </w:tr>
      <w:tr w:rsidR="000955CF" w14:paraId="72BC09E0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7842" w14:textId="77777777" w:rsidR="000955CF" w:rsidRDefault="000955CF">
            <w:proofErr w:type="spellStart"/>
            <w:r>
              <w:t>Çap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D921" w14:textId="77777777" w:rsidR="001F0E37" w:rsidRDefault="000955CF">
            <w:r>
              <w:t>6 mm (±1 mm)</w:t>
            </w:r>
            <w:r w:rsidR="001F0E37">
              <w:t>-</w:t>
            </w:r>
          </w:p>
          <w:p w14:paraId="2ED7D47A" w14:textId="102D4C5B" w:rsidR="001F0E37" w:rsidRDefault="001F0E37" w:rsidP="001F0E37">
            <w:r>
              <w:t>10</w:t>
            </w:r>
            <w:r>
              <w:t xml:space="preserve"> mm (±1 mm)</w:t>
            </w:r>
          </w:p>
          <w:p w14:paraId="0E722AD0" w14:textId="61224E90" w:rsidR="000955CF" w:rsidRDefault="000955C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1A55" w14:textId="77777777" w:rsidR="000955CF" w:rsidRDefault="000955CF">
            <w:r>
              <w:t xml:space="preserve">En </w:t>
            </w:r>
            <w:proofErr w:type="spellStart"/>
            <w:r>
              <w:t>çok</w:t>
            </w:r>
            <w:proofErr w:type="spellEnd"/>
            <w:r>
              <w:t xml:space="preserve"> </w:t>
            </w:r>
            <w:proofErr w:type="spellStart"/>
            <w:r>
              <w:t>tercih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ölçü</w:t>
            </w:r>
            <w:proofErr w:type="spellEnd"/>
          </w:p>
        </w:tc>
      </w:tr>
      <w:tr w:rsidR="000955CF" w14:paraId="4EBCA73D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DA8D" w14:textId="77777777" w:rsidR="000955CF" w:rsidRDefault="000955CF">
            <w:proofErr w:type="spellStart"/>
            <w:r>
              <w:t>Uzunluk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1696" w14:textId="1A37DA04" w:rsidR="000955CF" w:rsidRDefault="001F0E37">
            <w:r>
              <w:t>1</w:t>
            </w:r>
            <w:r w:rsidR="000955CF">
              <w:t xml:space="preserve"> – </w:t>
            </w:r>
            <w:r>
              <w:t>5</w:t>
            </w:r>
            <w:r w:rsidR="000955CF">
              <w:t xml:space="preserve"> </w:t>
            </w:r>
            <w:r>
              <w:t>c</w:t>
            </w:r>
            <w:r w:rsidR="000955CF">
              <w:t>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3747" w14:textId="77777777" w:rsidR="000955CF" w:rsidRDefault="000955CF">
            <w:r>
              <w:t>-</w:t>
            </w:r>
          </w:p>
        </w:tc>
      </w:tr>
      <w:tr w:rsidR="000955CF" w14:paraId="701390AC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A029" w14:textId="77777777" w:rsidR="000955CF" w:rsidRDefault="000955CF">
            <w:proofErr w:type="spellStart"/>
            <w:r>
              <w:t>Yapı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05EE" w14:textId="77777777" w:rsidR="000955CF" w:rsidRDefault="000955CF">
            <w:proofErr w:type="spellStart"/>
            <w:r>
              <w:t>Homojen</w:t>
            </w:r>
            <w:proofErr w:type="spellEnd"/>
            <w:r>
              <w:t xml:space="preserve">, </w:t>
            </w:r>
            <w:proofErr w:type="spellStart"/>
            <w:r>
              <w:t>kırılmamış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6EC7" w14:textId="77777777" w:rsidR="000955CF" w:rsidRDefault="000955CF">
            <w:r>
              <w:t xml:space="preserve">Yüksek </w:t>
            </w:r>
            <w:proofErr w:type="spellStart"/>
            <w:r>
              <w:t>kaliteli</w:t>
            </w:r>
            <w:proofErr w:type="spellEnd"/>
            <w:r>
              <w:t xml:space="preserve"> </w:t>
            </w:r>
            <w:proofErr w:type="spellStart"/>
            <w:r>
              <w:t>görünüm</w:t>
            </w:r>
            <w:proofErr w:type="spellEnd"/>
          </w:p>
        </w:tc>
      </w:tr>
      <w:tr w:rsidR="000955CF" w14:paraId="71B9BF5E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0228" w14:textId="77777777" w:rsidR="000955CF" w:rsidRDefault="000955CF">
            <w:r>
              <w:t xml:space="preserve">Nem </w:t>
            </w:r>
            <w:proofErr w:type="spellStart"/>
            <w:r>
              <w:t>Oranı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931F" w14:textId="77777777" w:rsidR="000955CF" w:rsidRDefault="000955CF">
            <w:r>
              <w:t>≤ 10%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D6E5" w14:textId="77777777" w:rsidR="000955CF" w:rsidRDefault="000955CF">
            <w:proofErr w:type="spellStart"/>
            <w:r>
              <w:t>Verimlilik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kritik</w:t>
            </w:r>
            <w:proofErr w:type="spellEnd"/>
          </w:p>
        </w:tc>
      </w:tr>
      <w:tr w:rsidR="000955CF" w14:paraId="2219B8B9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717B" w14:textId="77777777" w:rsidR="000955CF" w:rsidRDefault="000955CF">
            <w:proofErr w:type="spellStart"/>
            <w:r>
              <w:t>Kül</w:t>
            </w:r>
            <w:proofErr w:type="spellEnd"/>
            <w:r>
              <w:t xml:space="preserve"> </w:t>
            </w:r>
            <w:proofErr w:type="spellStart"/>
            <w:r>
              <w:t>Oranı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7118" w14:textId="77777777" w:rsidR="000955CF" w:rsidRDefault="000955CF">
            <w:r>
              <w:t>≤ 0,7%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97D6" w14:textId="77777777" w:rsidR="000955CF" w:rsidRDefault="000955CF">
            <w:r>
              <w:t xml:space="preserve">A1 </w:t>
            </w:r>
            <w:proofErr w:type="spellStart"/>
            <w:r>
              <w:t>standardı</w:t>
            </w:r>
            <w:proofErr w:type="spellEnd"/>
            <w:r>
              <w:t xml:space="preserve"> </w:t>
            </w:r>
            <w:proofErr w:type="spellStart"/>
            <w:r>
              <w:t>beklentilerine</w:t>
            </w:r>
            <w:proofErr w:type="spellEnd"/>
            <w:r>
              <w:t xml:space="preserve"> </w:t>
            </w:r>
            <w:proofErr w:type="spellStart"/>
            <w:r>
              <w:t>uygundur</w:t>
            </w:r>
            <w:proofErr w:type="spellEnd"/>
            <w:r>
              <w:t xml:space="preserve"> (</w:t>
            </w:r>
            <w:proofErr w:type="spellStart"/>
            <w:r>
              <w:t>sertifikalı</w:t>
            </w:r>
            <w:proofErr w:type="spellEnd"/>
            <w:r>
              <w:t xml:space="preserve"> </w:t>
            </w:r>
            <w:proofErr w:type="spellStart"/>
            <w:r>
              <w:t>değildir</w:t>
            </w:r>
            <w:proofErr w:type="spellEnd"/>
            <w:r>
              <w:t>)</w:t>
            </w:r>
          </w:p>
        </w:tc>
      </w:tr>
      <w:tr w:rsidR="000955CF" w14:paraId="2129BE15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4BBA" w14:textId="77777777" w:rsidR="000955CF" w:rsidRDefault="000955CF">
            <w:proofErr w:type="spellStart"/>
            <w:r>
              <w:t>Mekanik</w:t>
            </w:r>
            <w:proofErr w:type="spellEnd"/>
            <w:r>
              <w:t xml:space="preserve"> </w:t>
            </w:r>
            <w:proofErr w:type="spellStart"/>
            <w:r>
              <w:t>Dayanıklılık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F318" w14:textId="77777777" w:rsidR="000955CF" w:rsidRDefault="000955CF">
            <w:r>
              <w:t>≥ 98%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8EFF" w14:textId="77777777" w:rsidR="000955CF" w:rsidRDefault="000955CF">
            <w:proofErr w:type="spellStart"/>
            <w:r>
              <w:t>Taşıma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elleçleme</w:t>
            </w:r>
            <w:proofErr w:type="spellEnd"/>
            <w:r>
              <w:t xml:space="preserve"> </w:t>
            </w:r>
            <w:proofErr w:type="spellStart"/>
            <w:r>
              <w:t>sırasında</w:t>
            </w:r>
            <w:proofErr w:type="spellEnd"/>
            <w:r>
              <w:t xml:space="preserve"> </w:t>
            </w:r>
            <w:proofErr w:type="spellStart"/>
            <w:r>
              <w:t>dayanıklılık</w:t>
            </w:r>
            <w:proofErr w:type="spellEnd"/>
            <w:r>
              <w:t xml:space="preserve"> </w:t>
            </w:r>
            <w:proofErr w:type="spellStart"/>
            <w:r>
              <w:t>sağlar</w:t>
            </w:r>
            <w:proofErr w:type="spellEnd"/>
          </w:p>
        </w:tc>
      </w:tr>
      <w:tr w:rsidR="000955CF" w14:paraId="19794F89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DF41" w14:textId="77777777" w:rsidR="000955CF" w:rsidRDefault="000955CF">
            <w:r>
              <w:t xml:space="preserve">İnce </w:t>
            </w:r>
            <w:proofErr w:type="spellStart"/>
            <w:r>
              <w:t>Parçacık</w:t>
            </w:r>
            <w:proofErr w:type="spellEnd"/>
            <w:r>
              <w:t xml:space="preserve"> (</w:t>
            </w:r>
            <w:proofErr w:type="spellStart"/>
            <w:r>
              <w:t>Toz</w:t>
            </w:r>
            <w:proofErr w:type="spellEnd"/>
            <w:r>
              <w:t xml:space="preserve">) </w:t>
            </w:r>
            <w:proofErr w:type="spellStart"/>
            <w:r>
              <w:t>Oranı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A038" w14:textId="77777777" w:rsidR="000955CF" w:rsidRDefault="000955CF">
            <w:r>
              <w:t>≤ 0,5 – 1%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7BDC" w14:textId="77777777" w:rsidR="000955CF" w:rsidRDefault="000955CF">
            <w:proofErr w:type="spellStart"/>
            <w:r>
              <w:t>Aşırı</w:t>
            </w:r>
            <w:proofErr w:type="spellEnd"/>
            <w:r>
              <w:t xml:space="preserve"> </w:t>
            </w:r>
            <w:proofErr w:type="spellStart"/>
            <w:r>
              <w:t>toz</w:t>
            </w:r>
            <w:proofErr w:type="spellEnd"/>
            <w:r>
              <w:t xml:space="preserve"> </w:t>
            </w:r>
            <w:proofErr w:type="spellStart"/>
            <w:r>
              <w:t>ürün</w:t>
            </w:r>
            <w:proofErr w:type="spellEnd"/>
            <w:r>
              <w:t xml:space="preserve"> </w:t>
            </w:r>
            <w:proofErr w:type="spellStart"/>
            <w:r>
              <w:t>reddine</w:t>
            </w:r>
            <w:proofErr w:type="spellEnd"/>
            <w:r>
              <w:t xml:space="preserve"> </w:t>
            </w:r>
            <w:proofErr w:type="spellStart"/>
            <w:r>
              <w:t>neden</w:t>
            </w:r>
            <w:proofErr w:type="spellEnd"/>
            <w:r>
              <w:t xml:space="preserve"> </w:t>
            </w:r>
            <w:proofErr w:type="spellStart"/>
            <w:r>
              <w:t>olabilir</w:t>
            </w:r>
            <w:proofErr w:type="spellEnd"/>
          </w:p>
        </w:tc>
      </w:tr>
      <w:tr w:rsidR="000955CF" w14:paraId="0E6C2978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FF7A" w14:textId="77777777" w:rsidR="000955CF" w:rsidRDefault="000955CF">
            <w:proofErr w:type="spellStart"/>
            <w:r>
              <w:t>Yığın</w:t>
            </w:r>
            <w:proofErr w:type="spellEnd"/>
            <w:r>
              <w:t xml:space="preserve"> </w:t>
            </w:r>
            <w:proofErr w:type="spellStart"/>
            <w:r>
              <w:t>Yoğunluğu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DAD0" w14:textId="77777777" w:rsidR="000955CF" w:rsidRDefault="000955CF">
            <w:r>
              <w:t>600 – 750 kg/m³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4232" w14:textId="77777777" w:rsidR="000955CF" w:rsidRDefault="000955CF">
            <w:r>
              <w:t>-</w:t>
            </w:r>
          </w:p>
        </w:tc>
      </w:tr>
      <w:tr w:rsidR="000955CF" w14:paraId="527A85E3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A800" w14:textId="77777777" w:rsidR="000955CF" w:rsidRDefault="000955CF">
            <w:proofErr w:type="spellStart"/>
            <w:r>
              <w:t>Kalorifik</w:t>
            </w:r>
            <w:proofErr w:type="spellEnd"/>
            <w:r>
              <w:t xml:space="preserve"> Değer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E5CF" w14:textId="77777777" w:rsidR="000955CF" w:rsidRDefault="000955CF">
            <w:r>
              <w:t>≥ 4,6 kWh/kg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1FEC" w14:textId="77777777" w:rsidR="000955CF" w:rsidRDefault="000955CF">
            <w:r>
              <w:t xml:space="preserve">Yüksek </w:t>
            </w:r>
            <w:proofErr w:type="spellStart"/>
            <w:r>
              <w:t>enerji</w:t>
            </w:r>
            <w:proofErr w:type="spellEnd"/>
            <w:r>
              <w:t xml:space="preserve"> </w:t>
            </w:r>
            <w:proofErr w:type="spellStart"/>
            <w:r>
              <w:t>verimliliği</w:t>
            </w:r>
            <w:proofErr w:type="spellEnd"/>
          </w:p>
        </w:tc>
      </w:tr>
    </w:tbl>
    <w:p w14:paraId="416F378C" w14:textId="77777777" w:rsidR="000955CF" w:rsidRDefault="000955CF" w:rsidP="000955CF"/>
    <w:p w14:paraId="62B2C6C8" w14:textId="77777777" w:rsidR="000955CF" w:rsidRDefault="000955CF" w:rsidP="000955CF">
      <w:r>
        <w:t xml:space="preserve">Not: </w:t>
      </w:r>
      <w:proofErr w:type="spellStart"/>
      <w:r>
        <w:t>Değerler</w:t>
      </w:r>
      <w:proofErr w:type="spellEnd"/>
      <w:r>
        <w:t xml:space="preserve"> </w:t>
      </w:r>
      <w:proofErr w:type="spellStart"/>
      <w:r>
        <w:t>ENplus</w:t>
      </w:r>
      <w:proofErr w:type="spellEnd"/>
      <w:r>
        <w:t xml:space="preserve"> A1 </w:t>
      </w:r>
      <w:proofErr w:type="spellStart"/>
      <w:r>
        <w:t>pazar</w:t>
      </w:r>
      <w:proofErr w:type="spellEnd"/>
      <w:r>
        <w:t xml:space="preserve"> </w:t>
      </w:r>
      <w:proofErr w:type="spellStart"/>
      <w:r>
        <w:t>beklentileri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uyumludur</w:t>
      </w:r>
      <w:proofErr w:type="spellEnd"/>
      <w:r>
        <w:t xml:space="preserve">;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ürün</w:t>
      </w:r>
      <w:proofErr w:type="spellEnd"/>
      <w:r>
        <w:t xml:space="preserve"> </w:t>
      </w:r>
      <w:proofErr w:type="spellStart"/>
      <w:r>
        <w:t>henüz</w:t>
      </w:r>
      <w:proofErr w:type="spellEnd"/>
      <w:r>
        <w:t xml:space="preserve"> </w:t>
      </w:r>
      <w:proofErr w:type="spellStart"/>
      <w:r>
        <w:t>ENplus</w:t>
      </w:r>
      <w:proofErr w:type="spellEnd"/>
      <w:r>
        <w:t xml:space="preserve"> </w:t>
      </w:r>
      <w:proofErr w:type="spellStart"/>
      <w:r>
        <w:t>sertifikasına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.</w:t>
      </w:r>
    </w:p>
    <w:p w14:paraId="0CD74560" w14:textId="6C1E144C" w:rsidR="00334CF6" w:rsidRDefault="00334CF6" w:rsidP="000955CF"/>
    <w:sectPr w:rsidR="00334CF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6669" w14:textId="77777777" w:rsidR="00A2720C" w:rsidRDefault="00A2720C" w:rsidP="009312CA">
      <w:pPr>
        <w:spacing w:after="0" w:line="240" w:lineRule="auto"/>
      </w:pPr>
      <w:r>
        <w:separator/>
      </w:r>
    </w:p>
  </w:endnote>
  <w:endnote w:type="continuationSeparator" w:id="0">
    <w:p w14:paraId="017067A4" w14:textId="77777777" w:rsidR="00A2720C" w:rsidRDefault="00A2720C" w:rsidP="0093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730E" w14:textId="77777777" w:rsidR="00A2720C" w:rsidRDefault="00A2720C" w:rsidP="009312CA">
      <w:pPr>
        <w:spacing w:after="0" w:line="240" w:lineRule="auto"/>
      </w:pPr>
      <w:r>
        <w:separator/>
      </w:r>
    </w:p>
  </w:footnote>
  <w:footnote w:type="continuationSeparator" w:id="0">
    <w:p w14:paraId="68B49E6D" w14:textId="77777777" w:rsidR="00A2720C" w:rsidRDefault="00A2720C" w:rsidP="00931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2B381" w14:textId="01997325" w:rsidR="009312CA" w:rsidRDefault="009312CA">
    <w:pPr>
      <w:pStyle w:val="stBilgi"/>
    </w:pPr>
  </w:p>
  <w:p w14:paraId="7E5CCCDC" w14:textId="76E2F4E8" w:rsidR="009312CA" w:rsidRDefault="009312CA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62E178" wp14:editId="7E6EA679">
          <wp:simplePos x="0" y="0"/>
          <wp:positionH relativeFrom="column">
            <wp:posOffset>-893074</wp:posOffset>
          </wp:positionH>
          <wp:positionV relativeFrom="paragraph">
            <wp:posOffset>964754</wp:posOffset>
          </wp:positionV>
          <wp:extent cx="7362701" cy="7362701"/>
          <wp:effectExtent l="0" t="0" r="0" b="4734560"/>
          <wp:wrapNone/>
          <wp:docPr id="188110135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101352" name="Resim 1881101352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2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2701" cy="7362701"/>
                  </a:xfrm>
                  <a:prstGeom prst="rect">
                    <a:avLst/>
                  </a:prstGeom>
                  <a:effectLst>
                    <a:reflection stA="24000" endPos="65000" dist="508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7359978">
    <w:abstractNumId w:val="8"/>
  </w:num>
  <w:num w:numId="2" w16cid:durableId="1634554455">
    <w:abstractNumId w:val="6"/>
  </w:num>
  <w:num w:numId="3" w16cid:durableId="1251767525">
    <w:abstractNumId w:val="5"/>
  </w:num>
  <w:num w:numId="4" w16cid:durableId="106312252">
    <w:abstractNumId w:val="4"/>
  </w:num>
  <w:num w:numId="5" w16cid:durableId="606277036">
    <w:abstractNumId w:val="7"/>
  </w:num>
  <w:num w:numId="6" w16cid:durableId="550504100">
    <w:abstractNumId w:val="3"/>
  </w:num>
  <w:num w:numId="7" w16cid:durableId="2079471002">
    <w:abstractNumId w:val="2"/>
  </w:num>
  <w:num w:numId="8" w16cid:durableId="1357540979">
    <w:abstractNumId w:val="1"/>
  </w:num>
  <w:num w:numId="9" w16cid:durableId="61344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5CF"/>
    <w:rsid w:val="000B4ABA"/>
    <w:rsid w:val="0015074B"/>
    <w:rsid w:val="001F0E37"/>
    <w:rsid w:val="00212476"/>
    <w:rsid w:val="0029639D"/>
    <w:rsid w:val="002D3967"/>
    <w:rsid w:val="00326F90"/>
    <w:rsid w:val="00334CF6"/>
    <w:rsid w:val="004412A7"/>
    <w:rsid w:val="007A2341"/>
    <w:rsid w:val="008F7DE9"/>
    <w:rsid w:val="009312CA"/>
    <w:rsid w:val="00A2720C"/>
    <w:rsid w:val="00AA1D8D"/>
    <w:rsid w:val="00B47730"/>
    <w:rsid w:val="00C703E6"/>
    <w:rsid w:val="00C71E0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97C1E9"/>
  <w14:defaultImageDpi w14:val="300"/>
  <w15:docId w15:val="{C0655997-409E-45BC-8199-A5EBA66E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Banu Dinc</cp:lastModifiedBy>
  <cp:revision>3</cp:revision>
  <dcterms:created xsi:type="dcterms:W3CDTF">2026-06-03T07:51:00Z</dcterms:created>
  <dcterms:modified xsi:type="dcterms:W3CDTF">2026-06-03T13:47:00Z</dcterms:modified>
  <cp:category/>
</cp:coreProperties>
</file>